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☕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1864AB"/>
          <w:sz w:val="48"/>
          <w:rtl/>
          <w:szCs w:val="48"/>
          <w:bCs/>
        </w:rPr>
        <w:t>תמרורי שיח לצוות החינוכי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פתיחה לישיבת צוות · 15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פתיחה לישיבת צוות – 15 דקות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גם אנחנו ממהרים ממשימה למשימה. התמרורים מזמינים לעצור רגע, להביט פנימה ולהכיר זה את זה מעט יותר.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זמן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עושים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 דק׳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תמרור אני היום?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 אחד בוחר תמרור שמתאר את מצבו הבוקר – במילה אחת.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 דק׳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קבוצות של 3–5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כרטיסים הפוכים; כל אחד בתורו מושך כרטיס ומשלים את המשפט. מותר לדלג או להחליף.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דק׳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מליאה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מכל קבוצה משפט אחד שהפתיע, ריגש או חיבר.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 דק׳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רמזור יציאה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🟢 משהו שאני לוקח/ת · 🟡 שאלה שנשארה · 🔴 הרגל שאעצור.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שישה משפטים לפתיחה מהירה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עצור – רגע מהשבוע האחרון שבו עצרתי כדי להקשיב באמת...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תן זכות קדימה – מישהו בצוות שפינה לי דרך, ואני רוצה להודות לו או לה על...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מעבר חציה – מה עזר לי לעבור את התקופה הראשונה בתפקיד...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רמזור ירוק – תלמיד או תלמידה שהדליקו לי השנה "אור ירוק" כש...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רמזור אדום – גבול מקצועי שחשוב לי לשמור עליו...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רמזור צהוב – הסימן הראשון שלי לכך שאני צריך/ה הפסקה...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רעיונות נוספים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שאלה אחת לכל הקבוצות.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שיח בזוגות בהליכה קצרה.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כתיבה אישית של שתי דקות – ושיתוף מרצון.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"קיר תמרורים" בחדר הצוות: כל אחד מוסיף פתק לכרטיס שבחר.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🚦 רמזור יציאה     שם: 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🟢 דבר אחד שאקח איתי: 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🟡 שאלה שעוד מעסיקה אותי: 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🔴 הרגל אחד שאעצור: 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פתיחה לישיבת צוות – 15 דקות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