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🚦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תמרורי שיח – מערך שיעור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מהדורה למורה · 45 דקות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מערך שיעור – 45 דקות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להכיר תמרורים וכללי בטיחות מרכזיים בדרך.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לקשר בין תמרור לערך: עצירה, ויתור, גבולות, אחריות, סבלנות.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לקיים שיח מכבד ולכתוב רפלקציה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מהלך השיעור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 ההגרלה באתר: שלושה תמרורים – מה הוא אומר בכביש? מה הוא יכול לומר לנו בחיים?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הכרת הכללים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חידון מהיר בשתי קבוצות; אחרי כל תשובה – כלל בטיחות אחד.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משחק התאמה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בזוגות: תמרור ← משמעות ← ערך.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שיח בקבוצות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קבוצה מגרילה שלושה כרטיסים; כל אחד בתורו עונה; מותר לדלג.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אישית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לפי ההנחיה שבכרטיס או בונים "תמרור לחיים".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 יציאה: 🟢 אקח איתי · 🟡 שאלה · 🔴 הרגל שאעצור.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דרכי הפעלה נוספות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כרטיסים גלויים – כל אחד בוחר כרטיס שמדבר אליו.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כרטיסים הפוכים – מושכים בלי לבחור.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שאלה אחת לכל הכיתה, ושיח בזוגות.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כתיבה אישית של חמש דקות ושיתוף מרצון.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שמירה על שיח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טון רגוע ומחזק; לא מתארים תאונות ולא מביאים תמונות קשות.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שיתוף תמיד מרצון – זכות לדלג.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סיפור אישי רגיש – מקשיבים, מודים וממשיכים בשיחה אישית; פונים ליועצת לפי הצורך.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עובדות בטיחות לבדיקה לפני השיעור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החוק והתקנות מתעדכנים – כל עובדה מסומנת "לוודא" ויש לבדוק אותה מול המידע הרשמי העדכני. אין בחומר נתונים סטטיסטיים.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🚶 הולכי רגל: חוצים רק במעבר חציה או ברמזור ירוק להולכי רגל; עוצרים על שפת המדרכה, מביטים לשני הצדדים ומקשיבים, וחוצים בהליכה ישרה.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🧒 ילדים צעירים: מומלץ שילדים צעירים (בערך עד גיל 9) יחצו כביש בליווי מבוגר – זו המלצה חינוכית, לא סעיף חוק.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🚲 קסדה באופניים: חבישת קסדה חובה לקטינים הרוכבים על אופניים, ולבגירים בדרך בין־עירונית; ובכל מקרה – מומלץ תמיד.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⚡ אופניים חשמליים וקורקינט חשמלי: מותר לרכוב רק מגיל 16; קסדה חובה בכל גיל; אסור לרכוב על המדרכה; אסור להרכיב נוסע. החוק בתחום מתעדכן (למשל דרישות רישיון או מבחן לגילים מסוימים) – יש לבדוק את הנוסח העדכני.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🔦 רכיבה בחושך: בחושך רוכבים עם פנס לבן מקדימה ופנס אדום מאחור, ורצוי בבגד או אפוד זוהר.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🔒 חגורת בטיחות: כל הנוסעים חוגרים חגורת בטיחות – במושב הקדמי ובמושבים האחוריים.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🪑 מושב בטיחות: ילדים עד גיל 8 נוסעים במושב בטיחות או במושב מגביה המתאים לגילם ולמשקלם; ילדים צעירים אינם יושבים במושב הקדמי (לבדוק גילים מדויקים).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🚌 אוטובוס: אחרי הירידה ממתינים על המדרכה עד שהאוטובוס מתרחק, ולא חוצים מלפניו או מאחוריו.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📱 טלפון: לנהגים אסור לאחוז בטלפון בזמן נהיגה; להולכי רגל ולרוכבים – מומלץ לא להשתמש בטלפון ובאוזניות בזמן חציה ורכיבה.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🏘️ מהירות: בתוך עיר, כשאין תמרור אחר, המהירות המרבית היא 50 קמ"ש; ברחובות רבים (אזורי מגורים, אזורי מיתון) המהירות נמוכה יותר, למשל 30 קמ"ש – לפי השילוט. (לוודא)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מפת התאמות והנגשות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שכבה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רגיל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חנ״מ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עולים חדשים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יסודי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משחקים קצרים, כפתורים גדולים, עוגני תמונה ואימוג׳י, "נסו בעצמכם" – בונים תמרור.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כפתור הקראה בכל כרטיס ומשימה; 2 אפשרויות בלבד בחידון; תמרור גדול ושאלה אחת קצרה; בלי טיימר.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 תמונות קופץ בהקשה על מילים מסומנות; מילים יומיומיות בסיסיות; משפטים קצרים.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משחק מיון והתאמה (תמרור ← משמעות ← ערך), כרטיסי שיח וכתיבה, חידון מהיר בקבוצות.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מדורג אחרי שתי טעויות (מכוון, לא נותן תשובה); עיצוב וצבעים קבועים; 3 אפשרויות; בלי טיימר.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בנק מילים צבעוני לפי תפקיד; טקסט בלי ניקוד במשפטים קצרים ותחביר פשוט; מילון בהקשה.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חשיבה מסדר גבוה, דילמות של אחריות במרחב הציבורי, כתיבת טיעון ומאמר דעה.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פירוק למקטעים – משימה קצרה ואז הבאה; 3 אפשרויות; הקראה; בלי טיימר.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 בהקשה על מילים מתקדמות עם הסבר פשוט; שאלות מבנה טקסט קצרות.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מפתח: תמרור · משמעות · ערך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תמרור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משמעות בכביש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ערך לשיח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עוצרים עצירה מלאה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עצירה ומחשבה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תן זכות קדימה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נותנים לאחרים לעבור קודם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ויתור ונדיבות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כאן חוצים את הכביש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ביטחון ואמון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 הולכי רגל – אדום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ממתינים על המדרכה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איפוק ויושרה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 הולכי רגל – ירוק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לחצות אחרי בדיקה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עצמית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 אדום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עוצרים לפני הקו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כללים משותפים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 צהוב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מתכוננים לעצור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מודעות לרגש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 ירוק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נוסעים בזהירות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עידוד והתקדמות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כניסה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אסור להיכנס מכאן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גבולות אישיים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כיוון חובה – ישר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חובה להמשיך ישר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מחויבות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כיוון חובה – ימינה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חובה לפנות ימינה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כללים שומרים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זהירות ילדים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ילדים בסביבה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שמירה על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מהירות מרבית 30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יותר מ־30 קמ"ש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קצב וסבלנות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מהירות מרבית 50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יותר מ־50 קמ"ש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שמירה על כללים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סכנה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זהירות, סכנה לפנים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שביל 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נתיב לרוכבי 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כישרון ודרך אישית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אסור לרכוב על קורקינט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כאן לא רוכבים על קורקינט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עמידה בפיתוי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אופניים חשמליים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רוכבים לפי הכללים, לא על המדרכה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שיקול דעת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חובשים 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קסדה מהודקת ברכיבה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הגנה עצמית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חוגרים חגורה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הנוסעים חוגרים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הרגלים טובים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מושב בטיחות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ילדים במושב מתאים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צמיחה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תחנת אוטובוס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כאן עוצר האוטובוס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כבוד במרחב משותף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כיכר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נוסעים סביב הכיכר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שיתוף פעולה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אסור לפנות פרסה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אין פנייה לאחור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החלטות אחראיות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דרך ללא מוצא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הדרך נגמרת כאן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בקשת עזרה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עבודות בדרך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עבודות – נוסעים לאט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למידה ושיפור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 האטה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בליטה בכביש – מאטים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האטה ונשימה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כביש חלקלק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הכביש חלק – מאטים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תיקון טעויות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עקומה מסוכנת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סיבוב חד לפנים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היערכות לשינוי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תנועה דו־כיוונית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נוסעים בשני הכיוונים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הקשבה הדדית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הדרך מצרה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הדרך נעשית 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לפנות מקום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אסור לעקוף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עוקפים כאן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הגינות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אסור להולכי רגל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הולכים כאן ברגל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בחירת דרך בטוחה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דרך להולכי רגל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כאן הולכים ברגל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מרחב משותף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מפגש מסילת רכבת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מסילה לפנים – עוצרים ומקשיבים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הקשבה לאזהרות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זהירות בעלי חיים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בעלי חיים עלולים לחצות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שמירה על הטבע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כאן מותר לחנות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מנוחה וטעינה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אסור לחנות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כאן לא מעמידים רכב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להיתקע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 טלפון בדרך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בדרך – בלי מסך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לראות ולהיראות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– בגד זוהר ופנס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לראות את האחר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רחוב חד־סטרי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נוסעים רק בכיוון החץ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הדדיות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אזור מוסד חינוך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הרבה ילדים בדרך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קהילה שומרת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מערך שיעור 45 דקות – תמרורי שיח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