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כרטיסי יציאה – רמזור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ארבעה כרטיסים בעמוד. גוזרים ומחלקים בסוף השיעור או המפגש.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יציאה – רמזור יציאה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