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עולים חדשים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שבוע הבטיחות בדרכים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מהדורה למורה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ללמוד מילים בסיסיות של הדרך והבטיחות.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תמרורים ולהשלים משפטים פשוטים.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לדבר על ערכים במשפט קצר.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מבנה הדף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 – רמזור יציאה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כאן חוצים את הכביש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אדום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עוצרים לפני הקו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תחנת אוטובוס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כאן עוצר האוטובוס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הנחיות לחלקים ב׳ ו־ג׳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א׳: התלמידים כותבים את המילה בשפת האם בעמודה האמצעית.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ג׳: מקבלים משפט פשוט; אפשר לכתוב גם בשפת האם ואז בעברית.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התרגומים באתר ובמילון – לעזרה ראשונה בלבד (לוודא).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עברית פשוטה, משפטים קצרים, בלי ניקוד.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מילון תמונות בהקשה באתר (מסלול עולים).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עבודה בזוגות עם חבר/ה דובר/ת אותה שפה – מרצון.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מתעדכן – בדקו כל עובדה מול המידע הרשמי העדכני. בדף אין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מילים של הדרך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מילון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את המילה בשפה שלכם.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עברית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בשפה שלי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 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 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 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 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 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 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 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 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 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🚌 אוטובוס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bus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🚏 תחנה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/ station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🧑‍✈️ נהג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driver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 הולכי רגל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pedestrians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p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מסילה לפנים – עוצרים ומקשיבים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עצירה מלאה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ממתינים על המדרכה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ssing-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חובה לפנות ימינה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חוצים את הכביש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מסילה לפנים – עוצרים ומקשיבים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ghtred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לא רוכבים על קורקינט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ממתינים על המדרכה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-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עוצר האוטובוס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עוצרים לפני הקו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הכביש חלק – מאטים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משפטים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 את המשפטים.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אני עוצר/ת כש...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אני חוצה את הכביש ב...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באוטובוס אני...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תמרורי שיח ·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